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Северная Осетия-Алания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