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государственному казенному учреждению «Единый заказчик в сфере строительства Иркутской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