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Калинину Андрею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