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Екатеринбургской таможни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