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«Дымовское колбасное производство»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