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Исхакову Дамиру Нафисовичу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