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«Передвижная механизированная колонна Русская»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М.К.Антонова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