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Маркиной Ольге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