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«Самаранефть-Севис» удовлетворить. Предоставить обществу с ограниченной ответственностью «Самаранефть-Севис»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