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управлению Федерального агентства по управлению государственным имуществом в Приморском крае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