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«Брянский лесхоз»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