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Черняеву Эдуарду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