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«КАСТА»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М.К.Антонова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