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Дальневосточной оперативной таможне и Дальневосточному таможенному управлению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