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- Пермское региональное отделение фонда социального страхования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