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Верхняя Пышма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