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«Академия спортивной гимнастики АГ»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