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Пролетарского района города Ростова-на-Дону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