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«Главное управление жилищно- коммунального хозяйства»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