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гресс-Элект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