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«Системы контроля»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