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«Дельта Системы Безопасности»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