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«Нефтяная компания «Дулисьма»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