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«Аэропорты Красноярья»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