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Лагоде Максиму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