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«Деметра» (далее – Общество) обратилось в Арбитражный суд Ульяновской области с заявлением о признании недействительным отказа Управления архитектуры и градостроительства Администрации города Ульяновска (далее – Управление) от 07.09.2020 № 01-13/8229 в выдаче разрешения на строительство; об обязании Управления выдать разрешение на строительство магазина на земельном участке с кадастровым номером 73:24:030204:70 по адресу: г. Ульяновск, Засвияжский район, западнее жилого дома № 32 по ул. Пушкарева. К участию в деле в качестве третьего лица, не заявляющего самостоятельных требования относительно предмета спора, привлечено Управление Федеральной службы по надзору в сфере защиты прав потребителей и благополучия человека по Ульяновской области. Решением Арбитражного суда Ульяновской области от 25.10.2021, оставленным без изменения постановлением Одиннадцатого арбитражного апелляционного суда от 27.01.2022 и постановлением Арбитражного суда Поволжского округа от 27.04.2022, в удовлетворении требований отказано. 2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несогласие жителей близлежащего многоквартирного дома со строительством магазина нарушает право Общества на ведение хозяйственной деятельности, отмечая, что обстоятельства, установленные при рассмотрении дела № А72-21244/2018, не имеют преюдициального значения. По мнению Общества, величина санитарно-защитной зоны в каждом конкретном случае должна определяться индивидуального, что при рассмотрении настоящего спора сделано не было.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постановлением мэрии города Ульяновска от 21.07.2011 № 3183 Обществу предварительно было согласовано место размещения магазина на земельном участке площадью 1212,0 кв. м по адресу: г. Ульяновск, Засвияжский район, западнее жилого дома № 32 по ул. Пушкарева (земли населенных пунктов); утвержден акт выбора земельного участка под строительство магазина. Администрация города Ульяновска (арендодатель) и Общество (арендатор) заключили договор аренды от 01.04.2013 № 24-3-96 земельного участка с кадастровым номером 73:24:030204:70 для использования под строительство магазина. Земельный участок расположен в территориальной зоне Ж4 (территория 5-16 этажной жилой застройки (отдельные доминанты до 24 этажей)). Обществу выдан градостроительный план земельного участка от 11.09.2013 № RU73304000-365 под строительство магазина и разрешение на строительство магазина от 14.10.2016 № 73-73-525-2016 (площадь застройки 532 кв. м) со сроком действия до 20.04.2019. Администрацией вынесено постановление от 24.09.2018 № 1853 «О признании утратившим силу градостроительного плана земельного участка от 11.09.2013 № RU73304000-365» и постановление № 1869 «О признании утратившим силу разрешения на строительство от 14.10.2016 № 73-73-525-2016». 3 Вступившим в законную силу решением Арбитражного суда Ульяновской области от 29.07.2019 по делу № А72-21244/2018 отказано в удовлетворении требований Общества о признании незаконными постановлений Администрации от 24.09.2018 № 1853 и № 1869. По заявлению Общества был выдан новый градостроительный план от 17.10.2019 № RU73304000-666. В 2020 году Общество неоднократно обращалось в Управление с заявлениями о выдаче разрешения на строительство, на которые получало отказы, в том числе отказ от 07.09.2020 № 01-13/8229, который оспорен в рамках настоящего дела. Исследовав и оценив по правилам статьи 71 АПК РФ представленные доказательства, приняв во внимание обстоятельства, установленные при рассмотрении дела № А72-21244/2018, руководствуясь статьей 51 Градостроительного кодекса Российской Федерации, постановлением Главного государственного санитарного врача Российской Федерации от 25.09.2007 № 74 «О введении в действие новой редакции санитарно-эпидемиологических правил и нормативов СанПиН 2.2.1/2.1.1.1200-03 «Санитарно-защитные зоны и санитарная классификация предприятий, сооружений и иных объектов», суды отказали в удовлетворении требований, придя к выводу, что Управление правомерно отказало Обществу в выдаче разрешения на строительство магазина в связи с отсутствием нормативно установленной санитарно-защитной зоны в размере 50 метров от жилой застройки.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«Деметра»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