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казенному учреждению «Федеральное управление накопительно-ипотечной системы жилищного обеспечения военнослужащих»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