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Заволжского городского поселения Заволжского муниципального района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