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«Уральский банк реконструкции и развития»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