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Щербинину Александру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