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оспариваемых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На основании изложенного,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Майорову Дмитрию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