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Лиганову Сергею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