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Службе жилищного и строительного надзора Ханты-Мансийского автономного округа – Югры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