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Белкову Евгению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