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линцовский автокранов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