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службы по надзору в сфере природопользования по Нижегородской области и Республике Мордовия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