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Киселеву Евгению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