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«Подразделение Транспортной Безопасности «Экскалибур»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"ПОДРАЗДЕЛЕНИЕ ТРАНСПОРТНОЙ БЕЗОПАСНОСТИ "ЭКСКАЛИБУР" (подробнее) Ответчики: Федеральное агентство морского и речного транспорта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