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«Чердаклинский район» Ульяновской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