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«Волгобалт Медиа»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