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Яснополянского сельсовета Кузнецкого района Пензенской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