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Бахчисарайскому районному потребительскому обществу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