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Гладких Константину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