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Каракай Ирине Тимофеевне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