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«СОЮЗ-АГРО САМАРА»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 . К 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