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«Верхне-Прегольский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