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здравоохранения Свердловской области «Свердловская областная клиническая больница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