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«ТРАК-ЦЕНТР» в 2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