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«Нарьян-МарстройИнвест» (далее - общество) обратилось в Арбитражный суд Архангельской области по месту нахождения постоянного судебного присутствия в городе Нарьян-Маре Ненецкого автономного округа с иском к акционерному обществу «Нарьян-Марский объединенный авиаотряд» (далее - компания) о взыскании 11 416 099 руб. задолженности и 331 066 руб. 87 коп. неустойки за период с 23.04.2019 по 21.05.2019 по инвестиционному договору от 18.11.2015 № 569-Х-15/НСИ-15-58. Решением Арбитражного суда Архангельской области по месту нахождения постоянного судебного присутствия в городе Нарьян-Маре Ненецкого автономного округа от 18.07.2019 в удовлетворении иска отказано. Арбитражный суд Архангельской области по месту нахождения постоянного судебного присутствия в городе Нарьян-Маре Ненецкого автономного округа решением от 09.12.2020 отменил решение от 18.07.2019 по новым обстоятельствам. 2 Решением от 24.12.2020 суд первой инстанции взыскал с компании в пользу общества 20 260 руб. 28 коп. задолженности и 587 руб. 55 коп. неустойки, в удовлетворении остальной части иска отказал. Арбитражный суд Архангельской области по месту нахождения постоянного судебного присутствия в городе Нарьян-Маре Ненецкого автономного округа решением от 17.03.2021, оставленным без изменения постановлением Четырнадцатого арбитражного апелляционного суда от 11.06.2021 и постановлением Арбитражного суда Северо-Западного округа от 28.09.2021, отменил решение от 24.12.2020 по новым обстоятельствам в части отказа в удовлетворении иска. Решением Арбитражного суда Архангельской области по месту нахождения постоянного судебного присутствия в городе Нарьян-Маре Ненецкого автономного округа от 25.10.2021, оставленным без изменения постановлением Четырнадцатого арбитражного апелляционного суда от 27.12.2021 и постановлением Арбитражного суда Северо-Западного округа от 14.04.2022, с компании в пользу общества взыскано 3 402 605 руб. 60 коп. задолженности и 98 675 руб. 56 коп. неустойки, в удовлетворении остальной части иска отказано. В кассационной жалобе, поданной в Верховный Суд Российской Федерации, компания, ссылаясь на нарушение судами норм материального права, просит отменить указанные судебные акты в части удовлетворения исковых требований и принять новый судебный акт об отказе в их удовлетворении.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представленные в материалы дела доказательства по правилам статьи 71 Арбитражного процессуального кодекса Российской Федерации, установив наличие у компании задолженности по спорному договору, учитывая заявление компании о зачете встречных однородных требований, признание в рамках дела о банкротстве общества зачета в части недействительной сделкой, руководствуясь статьями 329, 330, 407, 410, 549 Гражданского кодекса Российской Федерации, суды первой и апелляционной инстанции пришли к выводу о частичном удовлетворении иска, с чем впоследствии согласился суд округа. Изложенные в кассационной жалобе доводы были предметом рассмотрения судов и получили правовую оценку, не опровергают выводы 3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изложенное,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«Нарьян-Марский объединенный авиаотряд»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