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08.12.2021,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ИП Налева Надежда Николаевна (подробнее) Ответчики: Межрайонная инспекция Федеральной налоговой службы №5 по Ярославской области (подробнее) Иные лица: Арбитражный суд Ярославской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